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FA52" w14:textId="1223E194" w:rsidR="004A49E8" w:rsidRDefault="00C749C8" w:rsidP="00583936">
      <w:pPr>
        <w:pStyle w:val="Heading1"/>
        <w:jc w:val="center"/>
      </w:pPr>
      <w:r>
        <w:t xml:space="preserve">Freedom from Hunger 2026 </w:t>
      </w:r>
      <w:r w:rsidR="006A590D">
        <w:t>Promotional</w:t>
      </w:r>
      <w:r>
        <w:t xml:space="preserve"> Toolkit</w:t>
      </w:r>
    </w:p>
    <w:p w14:paraId="0981DCC1" w14:textId="6DCDACA8" w:rsidR="004A49E8" w:rsidRDefault="00C749C8" w:rsidP="00583936">
      <w:pPr>
        <w:jc w:val="center"/>
      </w:pPr>
      <w:r>
        <w:t>Thank you for joining the 12th Annual Freedom from Hunger campaign!</w:t>
      </w:r>
      <w:r>
        <w:br/>
      </w:r>
      <w:r>
        <w:br/>
      </w:r>
      <w:r w:rsidR="00583936">
        <w:rPr>
          <w:noProof/>
        </w:rPr>
        <w:drawing>
          <wp:inline distT="0" distB="0" distL="0" distR="0" wp14:anchorId="06659B60" wp14:editId="03100F86">
            <wp:extent cx="2587924" cy="2702792"/>
            <wp:effectExtent l="0" t="0" r="3175" b="2540"/>
            <wp:docPr id="1715209482" name="Picture 1" descr="FREEDOM FROM HUNG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09482" name="Picture 1" descr="FREEDOM FROM HUNG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1251" cy="270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E9E18" w14:textId="77777777" w:rsidR="004A49E8" w:rsidRDefault="00C749C8">
      <w:pPr>
        <w:pStyle w:val="Heading2"/>
      </w:pPr>
      <w:r>
        <w:t>Campaign Overview</w:t>
      </w:r>
    </w:p>
    <w:p w14:paraId="2403F196" w14:textId="77777777" w:rsidR="004A49E8" w:rsidRDefault="00C749C8">
      <w:r>
        <w:t xml:space="preserve">Freedom from Hunger is an annual community fundraising campaign led by the Valley Forge Tourism &amp; Convention Board in partnership with the MontCo Anti-Hunger Network (MAHN). Funds raised </w:t>
      </w:r>
      <w:proofErr w:type="gramStart"/>
      <w:r>
        <w:t>help</w:t>
      </w:r>
      <w:proofErr w:type="gramEnd"/>
      <w:r>
        <w:t xml:space="preserve"> MAHN support more than 70 food pantries and soup kitchens throughout Montgomery County.</w:t>
      </w:r>
    </w:p>
    <w:p w14:paraId="38E0D582" w14:textId="5887D8A3" w:rsidR="00DE3529" w:rsidRDefault="00DE3529" w:rsidP="00DE3529">
      <w:pPr>
        <w:pStyle w:val="Heading2"/>
      </w:pPr>
      <w:r>
        <w:t>How you can help:</w:t>
      </w:r>
    </w:p>
    <w:p w14:paraId="4522A3F5" w14:textId="4938AEE6" w:rsidR="00DE3529" w:rsidRPr="00DE3529" w:rsidRDefault="00DE3529" w:rsidP="00DE3529">
      <w:r>
        <w:t xml:space="preserve">Help us raise awareness </w:t>
      </w:r>
      <w:r w:rsidR="00772A18">
        <w:t xml:space="preserve">by sharing </w:t>
      </w:r>
      <w:r w:rsidR="003A2280">
        <w:t>Freedom from Hunger with your customers and followers. Post about the campaign on social media, use the graphics provided, and encourage your community to get involved.</w:t>
      </w:r>
    </w:p>
    <w:p w14:paraId="5C7C0FE8" w14:textId="2621A72C" w:rsidR="00603ED2" w:rsidRPr="00274519" w:rsidRDefault="00603ED2" w:rsidP="00603ED2">
      <w:pPr>
        <w:pStyle w:val="Heading2"/>
        <w:rPr>
          <w:lang w:val="fr-FR"/>
        </w:rPr>
      </w:pPr>
      <w:r w:rsidRPr="00274519">
        <w:rPr>
          <w:lang w:val="fr-FR"/>
        </w:rPr>
        <w:t xml:space="preserve">Graphic &amp; </w:t>
      </w:r>
      <w:proofErr w:type="gramStart"/>
      <w:r w:rsidRPr="00274519">
        <w:rPr>
          <w:lang w:val="fr-FR"/>
        </w:rPr>
        <w:t>Logos</w:t>
      </w:r>
      <w:r w:rsidR="00274519" w:rsidRPr="00274519">
        <w:rPr>
          <w:lang w:val="fr-FR"/>
        </w:rPr>
        <w:t>:</w:t>
      </w:r>
      <w:proofErr w:type="gramEnd"/>
    </w:p>
    <w:p w14:paraId="139F2C88" w14:textId="2CFDE93C" w:rsidR="00603ED2" w:rsidRPr="00274519" w:rsidRDefault="000504EA">
      <w:pPr>
        <w:rPr>
          <w:lang w:val="fr-FR"/>
        </w:rPr>
      </w:pPr>
      <w:hyperlink r:id="rId7" w:history="1">
        <w:r w:rsidRPr="00907814">
          <w:rPr>
            <w:rStyle w:val="Hyperlink"/>
            <w:lang w:val="fr-FR"/>
          </w:rPr>
          <w:t>https://www.dropbox.com/scl/fo/jhqnwbmt9nvikkrha6gzf/AP6byma8ZkvXLNpjI_KKgqM?rlkey=u5kt76vumetxs1zeit7guj7ar&amp;st=r0jep1g1&amp;dl=0</w:t>
        </w:r>
      </w:hyperlink>
    </w:p>
    <w:p w14:paraId="6184830E" w14:textId="3184757B" w:rsidR="004445B9" w:rsidRDefault="004445B9">
      <w:pPr>
        <w:pStyle w:val="Heading2"/>
      </w:pPr>
      <w:r>
        <w:t>Donation Link:</w:t>
      </w:r>
    </w:p>
    <w:p w14:paraId="0E5B84B4" w14:textId="00685C87" w:rsidR="00274519" w:rsidRDefault="00274519" w:rsidP="00274519">
      <w:hyperlink r:id="rId8" w:history="1">
        <w:r w:rsidRPr="00907814">
          <w:rPr>
            <w:rStyle w:val="Hyperlink"/>
          </w:rPr>
          <w:t>https://www.valleyforge.org/hunger/</w:t>
        </w:r>
      </w:hyperlink>
    </w:p>
    <w:p w14:paraId="145F81DE" w14:textId="1D33A66E" w:rsidR="003A2280" w:rsidRDefault="003A2280">
      <w:pPr>
        <w:pStyle w:val="Heading2"/>
      </w:pPr>
      <w:r>
        <w:t>Suggested Social Media Caption:</w:t>
      </w:r>
    </w:p>
    <w:p w14:paraId="0EA5949A" w14:textId="34470FAA" w:rsidR="003A2280" w:rsidRDefault="00D53C97" w:rsidP="000504EA">
      <w:r>
        <w:t xml:space="preserve">We’re proud to support Freedom from Hunger – an annual campaign benefiting the </w:t>
      </w:r>
      <w:proofErr w:type="spellStart"/>
      <w:r>
        <w:t>MontCo</w:t>
      </w:r>
      <w:proofErr w:type="spellEnd"/>
      <w:r>
        <w:t xml:space="preserve"> Anti-Hunger Network and the more than 70 food pantries and soup kitchens it supports </w:t>
      </w:r>
      <w:r>
        <w:lastRenderedPageBreak/>
        <w:t>throughout Montgomery County</w:t>
      </w:r>
      <w:r w:rsidR="007D5F5B">
        <w:t>. Join us in helping fight food insecurity in our community!</w:t>
      </w:r>
      <w:r w:rsidR="000504EA">
        <w:t xml:space="preserve"> Donate today at </w:t>
      </w:r>
      <w:hyperlink r:id="rId9" w:history="1">
        <w:r w:rsidR="000504EA" w:rsidRPr="000504EA">
          <w:rPr>
            <w:rStyle w:val="Hyperlink"/>
          </w:rPr>
          <w:t>valleyforge.org/hunger</w:t>
        </w:r>
      </w:hyperlink>
      <w:r w:rsidR="000504EA">
        <w:t>.</w:t>
      </w:r>
    </w:p>
    <w:p w14:paraId="0E0A56CF" w14:textId="77777777" w:rsidR="004A49E8" w:rsidRDefault="00C749C8">
      <w:pPr>
        <w:pStyle w:val="Heading2"/>
      </w:pPr>
      <w:r>
        <w:t>Helpful Facts</w:t>
      </w:r>
    </w:p>
    <w:p w14:paraId="3DB0F4A7" w14:textId="77777777" w:rsidR="004A49E8" w:rsidRDefault="00C749C8">
      <w:r>
        <w:t>• MAHN supports 70+ food pantries and meal providers.</w:t>
      </w:r>
      <w:r>
        <w:br/>
        <w:t>• Monetary donations stretch further through bulk purchasing.</w:t>
      </w:r>
      <w:r>
        <w:br/>
        <w:t>• $1 can provide approximately 7 pounds of food (about 5.8 meals).</w:t>
      </w:r>
    </w:p>
    <w:p w14:paraId="48A68003" w14:textId="77777777" w:rsidR="004A49E8" w:rsidRDefault="00C749C8">
      <w:pPr>
        <w:pStyle w:val="Heading2"/>
      </w:pPr>
      <w:r>
        <w:t>Tag Us</w:t>
      </w:r>
    </w:p>
    <w:p w14:paraId="3689C8A9" w14:textId="77777777" w:rsidR="004A49E8" w:rsidRDefault="00C749C8">
      <w:r>
        <w:t>Instagram: @VisitValleyForge</w:t>
      </w:r>
      <w:r>
        <w:br/>
        <w:t>Facebook: Visit Valley Forge</w:t>
      </w:r>
      <w:r>
        <w:br/>
        <w:t>LinkedIn: Valley Forge Tourism &amp; Convention Board</w:t>
      </w:r>
    </w:p>
    <w:p w14:paraId="19F64E91" w14:textId="38231A74" w:rsidR="00410DC5" w:rsidRDefault="00410DC5">
      <w:r>
        <w:t>#MakeItMontco #FreedomFromHunger</w:t>
      </w:r>
    </w:p>
    <w:p w14:paraId="5EE3BF81" w14:textId="77777777" w:rsidR="004A49E8" w:rsidRDefault="00C749C8">
      <w:pPr>
        <w:pStyle w:val="Heading2"/>
      </w:pPr>
      <w:r>
        <w:t>Need Help?</w:t>
      </w:r>
    </w:p>
    <w:p w14:paraId="03386AF9" w14:textId="6BE7C4B1" w:rsidR="004A49E8" w:rsidRPr="003812A4" w:rsidRDefault="003812A4">
      <w:pPr>
        <w:rPr>
          <w:b/>
          <w:bCs/>
        </w:rPr>
      </w:pPr>
      <w:r>
        <w:rPr>
          <w:b/>
          <w:bCs/>
        </w:rPr>
        <w:t>Freedom from Hunger Help:</w:t>
      </w:r>
      <w:r>
        <w:rPr>
          <w:b/>
          <w:bCs/>
        </w:rPr>
        <w:br/>
      </w:r>
      <w:r w:rsidR="00C749C8" w:rsidRPr="003812A4">
        <w:t xml:space="preserve">Name: </w:t>
      </w:r>
      <w:r w:rsidRPr="003812A4">
        <w:t>A</w:t>
      </w:r>
      <w:r>
        <w:t>ja Cramer</w:t>
      </w:r>
      <w:r w:rsidR="00C749C8" w:rsidRPr="003812A4">
        <w:br/>
        <w:t>Email:</w:t>
      </w:r>
      <w:r>
        <w:t xml:space="preserve"> cramer</w:t>
      </w:r>
      <w:r w:rsidR="00E717E9" w:rsidRPr="003812A4">
        <w:t>@valleyforge.org</w:t>
      </w:r>
      <w:r w:rsidR="00C749C8" w:rsidRPr="003812A4">
        <w:br/>
        <w:t xml:space="preserve">Phone: </w:t>
      </w:r>
      <w:r w:rsidR="00A621E5" w:rsidRPr="00A621E5">
        <w:t>610-834-7975</w:t>
      </w:r>
    </w:p>
    <w:p w14:paraId="41E021DC" w14:textId="0504761E" w:rsidR="003812A4" w:rsidRDefault="003812A4" w:rsidP="003812A4">
      <w:pPr>
        <w:spacing w:after="0"/>
        <w:rPr>
          <w:b/>
          <w:bCs/>
        </w:rPr>
      </w:pPr>
      <w:r>
        <w:rPr>
          <w:b/>
          <w:bCs/>
        </w:rPr>
        <w:t>Social Media Help:</w:t>
      </w:r>
    </w:p>
    <w:p w14:paraId="78308519" w14:textId="24112C60" w:rsidR="003812A4" w:rsidRDefault="003812A4" w:rsidP="003812A4">
      <w:pPr>
        <w:spacing w:after="0"/>
      </w:pPr>
      <w:r>
        <w:t>Name: Tessa Robinson</w:t>
      </w:r>
    </w:p>
    <w:p w14:paraId="7ED2AA6A" w14:textId="40DBA359" w:rsidR="003812A4" w:rsidRPr="003812A4" w:rsidRDefault="003812A4" w:rsidP="003812A4">
      <w:pPr>
        <w:spacing w:after="0"/>
        <w:rPr>
          <w:lang w:val="fr-FR"/>
        </w:rPr>
      </w:pPr>
      <w:proofErr w:type="gramStart"/>
      <w:r w:rsidRPr="003812A4">
        <w:rPr>
          <w:lang w:val="fr-FR"/>
        </w:rPr>
        <w:t>Email:</w:t>
      </w:r>
      <w:proofErr w:type="gramEnd"/>
      <w:r w:rsidRPr="003812A4">
        <w:rPr>
          <w:lang w:val="fr-FR"/>
        </w:rPr>
        <w:t xml:space="preserve"> </w:t>
      </w:r>
      <w:hyperlink r:id="rId10" w:history="1">
        <w:r w:rsidRPr="003812A4">
          <w:rPr>
            <w:rStyle w:val="Hyperlink"/>
            <w:lang w:val="fr-FR"/>
          </w:rPr>
          <w:t>robinson@valleyforge.org</w:t>
        </w:r>
      </w:hyperlink>
    </w:p>
    <w:p w14:paraId="482B0D97" w14:textId="0091B86F" w:rsidR="003812A4" w:rsidRPr="003812A4" w:rsidRDefault="003812A4">
      <w:pPr>
        <w:rPr>
          <w:lang w:val="fr-FR"/>
        </w:rPr>
      </w:pPr>
      <w:proofErr w:type="gramStart"/>
      <w:r w:rsidRPr="003812A4">
        <w:rPr>
          <w:lang w:val="fr-FR"/>
        </w:rPr>
        <w:t>Phone:</w:t>
      </w:r>
      <w:proofErr w:type="gramEnd"/>
      <w:r>
        <w:rPr>
          <w:lang w:val="fr-FR"/>
        </w:rPr>
        <w:t xml:space="preserve"> 610-716-2299</w:t>
      </w:r>
    </w:p>
    <w:sectPr w:rsidR="003812A4" w:rsidRPr="003812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EA7880"/>
    <w:multiLevelType w:val="hybridMultilevel"/>
    <w:tmpl w:val="2C701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5704">
    <w:abstractNumId w:val="8"/>
  </w:num>
  <w:num w:numId="2" w16cid:durableId="1616791054">
    <w:abstractNumId w:val="6"/>
  </w:num>
  <w:num w:numId="3" w16cid:durableId="1356037954">
    <w:abstractNumId w:val="5"/>
  </w:num>
  <w:num w:numId="4" w16cid:durableId="404031872">
    <w:abstractNumId w:val="4"/>
  </w:num>
  <w:num w:numId="5" w16cid:durableId="1007052478">
    <w:abstractNumId w:val="7"/>
  </w:num>
  <w:num w:numId="6" w16cid:durableId="699234993">
    <w:abstractNumId w:val="3"/>
  </w:num>
  <w:num w:numId="7" w16cid:durableId="510754432">
    <w:abstractNumId w:val="2"/>
  </w:num>
  <w:num w:numId="8" w16cid:durableId="290481356">
    <w:abstractNumId w:val="1"/>
  </w:num>
  <w:num w:numId="9" w16cid:durableId="473765741">
    <w:abstractNumId w:val="0"/>
  </w:num>
  <w:num w:numId="10" w16cid:durableId="1321032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4EA"/>
    <w:rsid w:val="0006063C"/>
    <w:rsid w:val="000731D9"/>
    <w:rsid w:val="0015074B"/>
    <w:rsid w:val="00274519"/>
    <w:rsid w:val="0029639D"/>
    <w:rsid w:val="002B74BF"/>
    <w:rsid w:val="00326F90"/>
    <w:rsid w:val="003812A4"/>
    <w:rsid w:val="003A2280"/>
    <w:rsid w:val="00410DC5"/>
    <w:rsid w:val="004445B9"/>
    <w:rsid w:val="004A49E8"/>
    <w:rsid w:val="00583936"/>
    <w:rsid w:val="005B1EA5"/>
    <w:rsid w:val="00603ED2"/>
    <w:rsid w:val="006A590D"/>
    <w:rsid w:val="00772A18"/>
    <w:rsid w:val="007D5F5B"/>
    <w:rsid w:val="0090376D"/>
    <w:rsid w:val="00A32A9A"/>
    <w:rsid w:val="00A621E5"/>
    <w:rsid w:val="00AA1D8D"/>
    <w:rsid w:val="00B47730"/>
    <w:rsid w:val="00C749C8"/>
    <w:rsid w:val="00CB0664"/>
    <w:rsid w:val="00D358C9"/>
    <w:rsid w:val="00D53C97"/>
    <w:rsid w:val="00DE3529"/>
    <w:rsid w:val="00E717E9"/>
    <w:rsid w:val="00E72A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1EC3ED"/>
  <w14:defaultImageDpi w14:val="300"/>
  <w15:docId w15:val="{D0879FA6-2FE8-4B5E-BB71-0AD248A3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812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leyforge.org/hunger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ropbox.com/scl/fo/jhqnwbmt9nvikkrha6gzf/AP6byma8ZkvXLNpjI_KKgqM?rlkey=u5kt76vumetxs1zeit7guj7ar&amp;st=r0jep1g1&amp;dl=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obinson@valleyforg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alleyforge.org/hung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296</Words>
  <Characters>1695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Tessa Robinson</cp:lastModifiedBy>
  <cp:revision>12</cp:revision>
  <dcterms:created xsi:type="dcterms:W3CDTF">2026-08-18T15:17:00Z</dcterms:created>
  <dcterms:modified xsi:type="dcterms:W3CDTF">2026-08-18T15:33:00Z</dcterms:modified>
  <cp:category/>
</cp:coreProperties>
</file>